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7E591" w14:textId="31A6B63E" w:rsidR="009760E1" w:rsidRPr="00761FF9" w:rsidRDefault="00000000" w:rsidP="00761FF9">
      <w:pPr>
        <w:spacing w:after="0"/>
        <w:jc w:val="center"/>
        <w:rPr>
          <w:rFonts w:ascii="Times New Roman" w:hAnsi="Times New Roman" w:cs="Times New Roman"/>
          <w:sz w:val="22"/>
          <w:szCs w:val="24"/>
          <w:lang w:val="uk-UA"/>
        </w:rPr>
      </w:pPr>
      <w:r w:rsidRPr="00761FF9">
        <w:rPr>
          <w:rFonts w:ascii="Times New Roman" w:hAnsi="Times New Roman" w:cs="Times New Roman"/>
          <w:b/>
          <w:color w:val="1F4E79"/>
          <w:sz w:val="32"/>
          <w:szCs w:val="24"/>
          <w:lang w:val="uk-UA"/>
        </w:rPr>
        <w:t>ФОРМА ЗВЕРНЕННЯ ГРОМАДЯН</w:t>
      </w:r>
    </w:p>
    <w:p w14:paraId="73EEC031" w14:textId="77777777" w:rsidR="009760E1" w:rsidRPr="00761FF9" w:rsidRDefault="00000000" w:rsidP="00761FF9">
      <w:pPr>
        <w:spacing w:after="0"/>
        <w:jc w:val="center"/>
        <w:rPr>
          <w:rFonts w:ascii="Times New Roman" w:hAnsi="Times New Roman" w:cs="Times New Roman"/>
          <w:sz w:val="24"/>
          <w:szCs w:val="28"/>
          <w:lang w:val="uk-UA"/>
        </w:rPr>
      </w:pPr>
      <w:r w:rsidRPr="00761FF9">
        <w:rPr>
          <w:rFonts w:ascii="Times New Roman" w:hAnsi="Times New Roman" w:cs="Times New Roman"/>
          <w:b/>
          <w:sz w:val="24"/>
          <w:szCs w:val="28"/>
          <w:lang w:val="uk-UA"/>
        </w:rPr>
        <w:t>до Департаменту освіти і науки</w:t>
      </w:r>
      <w:r w:rsidRPr="00761FF9">
        <w:rPr>
          <w:rFonts w:ascii="Times New Roman" w:hAnsi="Times New Roman" w:cs="Times New Roman"/>
          <w:b/>
          <w:sz w:val="24"/>
          <w:szCs w:val="28"/>
          <w:lang w:val="uk-UA"/>
        </w:rPr>
        <w:br/>
        <w:t>виконавчого органу Київської міської ради</w:t>
      </w:r>
      <w:r w:rsidRPr="00761FF9">
        <w:rPr>
          <w:rFonts w:ascii="Times New Roman" w:hAnsi="Times New Roman" w:cs="Times New Roman"/>
          <w:b/>
          <w:sz w:val="24"/>
          <w:szCs w:val="28"/>
          <w:lang w:val="uk-UA"/>
        </w:rPr>
        <w:br/>
        <w:t>(Київської міської державної адміністрації)</w:t>
      </w:r>
    </w:p>
    <w:p w14:paraId="295013CF" w14:textId="77777777" w:rsidR="009760E1" w:rsidRPr="00761FF9" w:rsidRDefault="00000000" w:rsidP="00761FF9">
      <w:pPr>
        <w:spacing w:after="0"/>
        <w:jc w:val="center"/>
        <w:rPr>
          <w:rFonts w:ascii="Times New Roman" w:hAnsi="Times New Roman" w:cs="Times New Roman"/>
          <w:sz w:val="24"/>
          <w:szCs w:val="28"/>
          <w:lang w:val="uk-UA"/>
        </w:rPr>
      </w:pPr>
      <w:r w:rsidRPr="00761FF9">
        <w:rPr>
          <w:rFonts w:ascii="Times New Roman" w:hAnsi="Times New Roman" w:cs="Times New Roman"/>
          <w:i/>
          <w:sz w:val="22"/>
          <w:szCs w:val="28"/>
          <w:lang w:val="uk-UA"/>
        </w:rPr>
        <w:t>(для опрацювання відповідно до Закону України «Про звернення громадян»)</w:t>
      </w:r>
    </w:p>
    <w:p w14:paraId="140E7CA2" w14:textId="77777777" w:rsidR="00761FF9" w:rsidRPr="00761FF9" w:rsidRDefault="00761FF9" w:rsidP="00761FF9">
      <w:pPr>
        <w:spacing w:after="0"/>
        <w:jc w:val="right"/>
        <w:rPr>
          <w:rFonts w:ascii="Times New Roman" w:hAnsi="Times New Roman" w:cs="Times New Roman"/>
          <w:b/>
          <w:sz w:val="24"/>
          <w:szCs w:val="28"/>
          <w:lang w:val="uk-UA"/>
        </w:rPr>
      </w:pPr>
    </w:p>
    <w:p w14:paraId="6C1EF8B3" w14:textId="77777777" w:rsidR="00761FF9" w:rsidRPr="00761FF9" w:rsidRDefault="00761FF9" w:rsidP="00761FF9">
      <w:pPr>
        <w:spacing w:after="0"/>
        <w:jc w:val="right"/>
        <w:rPr>
          <w:rFonts w:ascii="Times New Roman" w:hAnsi="Times New Roman" w:cs="Times New Roman"/>
          <w:b/>
          <w:sz w:val="24"/>
          <w:szCs w:val="28"/>
          <w:lang w:val="uk-UA"/>
        </w:rPr>
      </w:pPr>
    </w:p>
    <w:p w14:paraId="0014B75B" w14:textId="0AD0176A" w:rsidR="009760E1" w:rsidRPr="00761FF9" w:rsidRDefault="00000000" w:rsidP="00761FF9">
      <w:pPr>
        <w:spacing w:after="0"/>
        <w:jc w:val="right"/>
        <w:rPr>
          <w:rFonts w:ascii="Times New Roman" w:hAnsi="Times New Roman" w:cs="Times New Roman"/>
          <w:sz w:val="24"/>
          <w:szCs w:val="28"/>
          <w:lang w:val="uk-UA"/>
        </w:rPr>
      </w:pPr>
      <w:r w:rsidRPr="00761FF9">
        <w:rPr>
          <w:rFonts w:ascii="Times New Roman" w:hAnsi="Times New Roman" w:cs="Times New Roman"/>
          <w:b/>
          <w:sz w:val="24"/>
          <w:szCs w:val="28"/>
          <w:lang w:val="uk-UA"/>
        </w:rPr>
        <w:t>Департамент освіти і науки</w:t>
      </w:r>
      <w:r w:rsidRPr="00761FF9">
        <w:rPr>
          <w:rFonts w:ascii="Times New Roman" w:hAnsi="Times New Roman" w:cs="Times New Roman"/>
          <w:b/>
          <w:sz w:val="24"/>
          <w:szCs w:val="28"/>
          <w:lang w:val="uk-UA"/>
        </w:rPr>
        <w:br/>
        <w:t>виконавчого органу Київської міської ради</w:t>
      </w:r>
      <w:r w:rsidRPr="00761FF9">
        <w:rPr>
          <w:rFonts w:ascii="Times New Roman" w:hAnsi="Times New Roman" w:cs="Times New Roman"/>
          <w:b/>
          <w:sz w:val="24"/>
          <w:szCs w:val="28"/>
          <w:lang w:val="uk-UA"/>
        </w:rPr>
        <w:br/>
        <w:t>(Київської міської державної адміністрації)</w:t>
      </w:r>
      <w:r w:rsidRPr="00761FF9">
        <w:rPr>
          <w:rFonts w:ascii="Times New Roman" w:hAnsi="Times New Roman" w:cs="Times New Roman"/>
          <w:b/>
          <w:sz w:val="24"/>
          <w:szCs w:val="28"/>
          <w:lang w:val="uk-UA"/>
        </w:rPr>
        <w:br/>
      </w:r>
      <w:r w:rsidRPr="00761FF9">
        <w:rPr>
          <w:rFonts w:ascii="Times New Roman" w:hAnsi="Times New Roman" w:cs="Times New Roman"/>
          <w:sz w:val="24"/>
          <w:szCs w:val="28"/>
          <w:lang w:val="uk-UA"/>
        </w:rPr>
        <w:t>Адреса: ______________________________________________</w:t>
      </w:r>
      <w:r w:rsidRPr="00761FF9">
        <w:rPr>
          <w:rFonts w:ascii="Times New Roman" w:hAnsi="Times New Roman" w:cs="Times New Roman"/>
          <w:sz w:val="24"/>
          <w:szCs w:val="28"/>
          <w:lang w:val="uk-UA"/>
        </w:rPr>
        <w:br/>
      </w:r>
    </w:p>
    <w:p w14:paraId="35CAD8A7" w14:textId="77777777" w:rsidR="009760E1" w:rsidRPr="00761FF9" w:rsidRDefault="00000000" w:rsidP="00761FF9">
      <w:pPr>
        <w:spacing w:after="0"/>
        <w:rPr>
          <w:rFonts w:ascii="Times New Roman" w:hAnsi="Times New Roman" w:cs="Times New Roman"/>
          <w:sz w:val="24"/>
          <w:szCs w:val="28"/>
          <w:lang w:val="uk-UA"/>
        </w:rPr>
      </w:pPr>
      <w:r w:rsidRPr="00761FF9">
        <w:rPr>
          <w:rFonts w:ascii="Times New Roman" w:hAnsi="Times New Roman" w:cs="Times New Roman"/>
          <w:b/>
          <w:sz w:val="24"/>
          <w:szCs w:val="28"/>
          <w:lang w:val="uk-UA"/>
        </w:rPr>
        <w:t xml:space="preserve">Вид звернення (підкреслити необхідне): </w:t>
      </w:r>
      <w:r w:rsidRPr="00761FF9">
        <w:rPr>
          <w:rFonts w:ascii="Times New Roman" w:hAnsi="Times New Roman" w:cs="Times New Roman"/>
          <w:sz w:val="24"/>
          <w:szCs w:val="28"/>
          <w:lang w:val="uk-UA"/>
        </w:rPr>
        <w:t>пропозиція (зауваження) / заява (клопотання) / скарга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72"/>
        <w:gridCol w:w="6408"/>
      </w:tblGrid>
      <w:tr w:rsidR="009760E1" w:rsidRPr="00761FF9" w14:paraId="321E4701" w14:textId="77777777">
        <w:trPr>
          <w:jc w:val="center"/>
        </w:trPr>
        <w:tc>
          <w:tcPr>
            <w:tcW w:w="3672" w:type="dxa"/>
            <w:tcBorders>
              <w:top w:val="single" w:sz="4" w:space="0" w:color="9EADBA"/>
              <w:left w:val="single" w:sz="4" w:space="0" w:color="9EADBA"/>
              <w:bottom w:val="single" w:sz="4" w:space="0" w:color="9EADBA"/>
              <w:right w:val="single" w:sz="4" w:space="0" w:color="9EADBA"/>
            </w:tcBorders>
            <w:shd w:val="clear" w:color="auto" w:fill="EAF2F8"/>
            <w:vAlign w:val="center"/>
          </w:tcPr>
          <w:p w14:paraId="41E65A28" w14:textId="77777777" w:rsidR="009760E1" w:rsidRPr="00761FF9" w:rsidRDefault="00000000" w:rsidP="00761FF9">
            <w:pPr>
              <w:spacing w:after="0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761FF9">
              <w:rPr>
                <w:rFonts w:ascii="Times New Roman" w:hAnsi="Times New Roman" w:cs="Times New Roman"/>
                <w:b/>
                <w:sz w:val="22"/>
                <w:szCs w:val="28"/>
                <w:lang w:val="uk-UA"/>
              </w:rPr>
              <w:t>Прізвище, ім’я, по батькові заявника/заявниці</w:t>
            </w:r>
          </w:p>
        </w:tc>
        <w:tc>
          <w:tcPr>
            <w:tcW w:w="6408" w:type="dxa"/>
            <w:tcBorders>
              <w:top w:val="single" w:sz="4" w:space="0" w:color="9EADBA"/>
              <w:left w:val="single" w:sz="4" w:space="0" w:color="9EADBA"/>
              <w:bottom w:val="single" w:sz="4" w:space="0" w:color="9EADBA"/>
              <w:right w:val="single" w:sz="4" w:space="0" w:color="9EADBA"/>
            </w:tcBorders>
            <w:vAlign w:val="center"/>
          </w:tcPr>
          <w:p w14:paraId="3D1D8FB1" w14:textId="77777777" w:rsidR="009760E1" w:rsidRPr="00761FF9" w:rsidRDefault="00000000" w:rsidP="00761FF9">
            <w:pPr>
              <w:spacing w:after="0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761FF9">
              <w:rPr>
                <w:rFonts w:ascii="Times New Roman" w:hAnsi="Times New Roman" w:cs="Times New Roman"/>
                <w:sz w:val="22"/>
                <w:szCs w:val="28"/>
                <w:lang w:val="uk-UA"/>
              </w:rPr>
              <w:br/>
            </w:r>
          </w:p>
        </w:tc>
      </w:tr>
      <w:tr w:rsidR="009760E1" w:rsidRPr="00761FF9" w14:paraId="221A3A75" w14:textId="77777777">
        <w:trPr>
          <w:jc w:val="center"/>
        </w:trPr>
        <w:tc>
          <w:tcPr>
            <w:tcW w:w="3672" w:type="dxa"/>
            <w:tcBorders>
              <w:top w:val="single" w:sz="4" w:space="0" w:color="9EADBA"/>
              <w:left w:val="single" w:sz="4" w:space="0" w:color="9EADBA"/>
              <w:bottom w:val="single" w:sz="4" w:space="0" w:color="9EADBA"/>
              <w:right w:val="single" w:sz="4" w:space="0" w:color="9EADBA"/>
            </w:tcBorders>
            <w:shd w:val="clear" w:color="auto" w:fill="EAF2F8"/>
            <w:vAlign w:val="center"/>
          </w:tcPr>
          <w:p w14:paraId="4E96B2B3" w14:textId="77777777" w:rsidR="009760E1" w:rsidRPr="00761FF9" w:rsidRDefault="00000000" w:rsidP="00761FF9">
            <w:pPr>
              <w:spacing w:after="0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761FF9">
              <w:rPr>
                <w:rFonts w:ascii="Times New Roman" w:hAnsi="Times New Roman" w:cs="Times New Roman"/>
                <w:b/>
                <w:sz w:val="22"/>
                <w:szCs w:val="28"/>
                <w:lang w:val="uk-UA"/>
              </w:rPr>
              <w:t>Місце проживання (із зазначенням поштового індексу)</w:t>
            </w:r>
          </w:p>
        </w:tc>
        <w:tc>
          <w:tcPr>
            <w:tcW w:w="6408" w:type="dxa"/>
            <w:tcBorders>
              <w:top w:val="single" w:sz="4" w:space="0" w:color="9EADBA"/>
              <w:left w:val="single" w:sz="4" w:space="0" w:color="9EADBA"/>
              <w:bottom w:val="single" w:sz="4" w:space="0" w:color="9EADBA"/>
              <w:right w:val="single" w:sz="4" w:space="0" w:color="9EADBA"/>
            </w:tcBorders>
            <w:vAlign w:val="center"/>
          </w:tcPr>
          <w:p w14:paraId="065265DB" w14:textId="77777777" w:rsidR="009760E1" w:rsidRPr="00761FF9" w:rsidRDefault="00000000" w:rsidP="00761FF9">
            <w:pPr>
              <w:spacing w:after="0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761FF9">
              <w:rPr>
                <w:rFonts w:ascii="Times New Roman" w:hAnsi="Times New Roman" w:cs="Times New Roman"/>
                <w:sz w:val="22"/>
                <w:szCs w:val="28"/>
                <w:lang w:val="uk-UA"/>
              </w:rPr>
              <w:br/>
            </w:r>
          </w:p>
        </w:tc>
      </w:tr>
      <w:tr w:rsidR="009760E1" w:rsidRPr="00761FF9" w14:paraId="32E8CDBE" w14:textId="77777777">
        <w:trPr>
          <w:jc w:val="center"/>
        </w:trPr>
        <w:tc>
          <w:tcPr>
            <w:tcW w:w="3672" w:type="dxa"/>
            <w:tcBorders>
              <w:top w:val="single" w:sz="4" w:space="0" w:color="9EADBA"/>
              <w:left w:val="single" w:sz="4" w:space="0" w:color="9EADBA"/>
              <w:bottom w:val="single" w:sz="4" w:space="0" w:color="9EADBA"/>
              <w:right w:val="single" w:sz="4" w:space="0" w:color="9EADBA"/>
            </w:tcBorders>
            <w:shd w:val="clear" w:color="auto" w:fill="EAF2F8"/>
            <w:vAlign w:val="center"/>
          </w:tcPr>
          <w:p w14:paraId="6341614F" w14:textId="77777777" w:rsidR="009760E1" w:rsidRPr="00761FF9" w:rsidRDefault="00000000" w:rsidP="00761FF9">
            <w:pPr>
              <w:spacing w:after="0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761FF9">
              <w:rPr>
                <w:rFonts w:ascii="Times New Roman" w:hAnsi="Times New Roman" w:cs="Times New Roman"/>
                <w:b/>
                <w:sz w:val="22"/>
                <w:szCs w:val="28"/>
                <w:lang w:val="uk-UA"/>
              </w:rPr>
              <w:t>Електронна адреса</w:t>
            </w:r>
          </w:p>
        </w:tc>
        <w:tc>
          <w:tcPr>
            <w:tcW w:w="6408" w:type="dxa"/>
            <w:tcBorders>
              <w:top w:val="single" w:sz="4" w:space="0" w:color="9EADBA"/>
              <w:left w:val="single" w:sz="4" w:space="0" w:color="9EADBA"/>
              <w:bottom w:val="single" w:sz="4" w:space="0" w:color="9EADBA"/>
              <w:right w:val="single" w:sz="4" w:space="0" w:color="9EADBA"/>
            </w:tcBorders>
            <w:vAlign w:val="center"/>
          </w:tcPr>
          <w:p w14:paraId="5E3F067D" w14:textId="77777777" w:rsidR="009760E1" w:rsidRPr="00761FF9" w:rsidRDefault="00000000" w:rsidP="00761FF9">
            <w:pPr>
              <w:spacing w:after="0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761FF9">
              <w:rPr>
                <w:rFonts w:ascii="Times New Roman" w:hAnsi="Times New Roman" w:cs="Times New Roman"/>
                <w:sz w:val="22"/>
                <w:szCs w:val="28"/>
                <w:lang w:val="uk-UA"/>
              </w:rPr>
              <w:br/>
            </w:r>
          </w:p>
        </w:tc>
      </w:tr>
      <w:tr w:rsidR="009760E1" w:rsidRPr="00761FF9" w14:paraId="68BEE83C" w14:textId="77777777">
        <w:trPr>
          <w:jc w:val="center"/>
        </w:trPr>
        <w:tc>
          <w:tcPr>
            <w:tcW w:w="3672" w:type="dxa"/>
            <w:tcBorders>
              <w:top w:val="single" w:sz="4" w:space="0" w:color="9EADBA"/>
              <w:left w:val="single" w:sz="4" w:space="0" w:color="9EADBA"/>
              <w:bottom w:val="single" w:sz="4" w:space="0" w:color="9EADBA"/>
              <w:right w:val="single" w:sz="4" w:space="0" w:color="9EADBA"/>
            </w:tcBorders>
            <w:shd w:val="clear" w:color="auto" w:fill="EAF2F8"/>
            <w:vAlign w:val="center"/>
          </w:tcPr>
          <w:p w14:paraId="2829ADD1" w14:textId="77777777" w:rsidR="009760E1" w:rsidRPr="00761FF9" w:rsidRDefault="00000000" w:rsidP="00761FF9">
            <w:pPr>
              <w:spacing w:after="0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761FF9">
              <w:rPr>
                <w:rFonts w:ascii="Times New Roman" w:hAnsi="Times New Roman" w:cs="Times New Roman"/>
                <w:b/>
                <w:sz w:val="22"/>
                <w:szCs w:val="28"/>
                <w:lang w:val="uk-UA"/>
              </w:rPr>
              <w:t>Контактний телефон</w:t>
            </w:r>
          </w:p>
        </w:tc>
        <w:tc>
          <w:tcPr>
            <w:tcW w:w="6408" w:type="dxa"/>
            <w:tcBorders>
              <w:top w:val="single" w:sz="4" w:space="0" w:color="9EADBA"/>
              <w:left w:val="single" w:sz="4" w:space="0" w:color="9EADBA"/>
              <w:bottom w:val="single" w:sz="4" w:space="0" w:color="9EADBA"/>
              <w:right w:val="single" w:sz="4" w:space="0" w:color="9EADBA"/>
            </w:tcBorders>
            <w:vAlign w:val="center"/>
          </w:tcPr>
          <w:p w14:paraId="61FE02D1" w14:textId="77777777" w:rsidR="009760E1" w:rsidRPr="00761FF9" w:rsidRDefault="00000000" w:rsidP="00761FF9">
            <w:pPr>
              <w:spacing w:after="0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761FF9">
              <w:rPr>
                <w:rFonts w:ascii="Times New Roman" w:hAnsi="Times New Roman" w:cs="Times New Roman"/>
                <w:sz w:val="22"/>
                <w:szCs w:val="28"/>
                <w:lang w:val="uk-UA"/>
              </w:rPr>
              <w:br/>
            </w:r>
          </w:p>
        </w:tc>
      </w:tr>
      <w:tr w:rsidR="009760E1" w:rsidRPr="00761FF9" w14:paraId="02CB2F46" w14:textId="77777777">
        <w:trPr>
          <w:jc w:val="center"/>
        </w:trPr>
        <w:tc>
          <w:tcPr>
            <w:tcW w:w="3672" w:type="dxa"/>
            <w:tcBorders>
              <w:top w:val="single" w:sz="4" w:space="0" w:color="9EADBA"/>
              <w:left w:val="single" w:sz="4" w:space="0" w:color="9EADBA"/>
              <w:bottom w:val="single" w:sz="4" w:space="0" w:color="9EADBA"/>
              <w:right w:val="single" w:sz="4" w:space="0" w:color="9EADBA"/>
            </w:tcBorders>
            <w:shd w:val="clear" w:color="auto" w:fill="EAF2F8"/>
            <w:vAlign w:val="center"/>
          </w:tcPr>
          <w:p w14:paraId="7EE03D9B" w14:textId="77777777" w:rsidR="009760E1" w:rsidRPr="00761FF9" w:rsidRDefault="00000000" w:rsidP="00761FF9">
            <w:pPr>
              <w:spacing w:after="0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761FF9">
              <w:rPr>
                <w:rFonts w:ascii="Times New Roman" w:hAnsi="Times New Roman" w:cs="Times New Roman"/>
                <w:b/>
                <w:sz w:val="22"/>
                <w:szCs w:val="28"/>
                <w:lang w:val="uk-UA"/>
              </w:rPr>
              <w:t>Дата подання</w:t>
            </w:r>
          </w:p>
        </w:tc>
        <w:tc>
          <w:tcPr>
            <w:tcW w:w="6408" w:type="dxa"/>
            <w:tcBorders>
              <w:top w:val="single" w:sz="4" w:space="0" w:color="9EADBA"/>
              <w:left w:val="single" w:sz="4" w:space="0" w:color="9EADBA"/>
              <w:bottom w:val="single" w:sz="4" w:space="0" w:color="9EADBA"/>
              <w:right w:val="single" w:sz="4" w:space="0" w:color="9EADBA"/>
            </w:tcBorders>
            <w:vAlign w:val="center"/>
          </w:tcPr>
          <w:p w14:paraId="7BA84E27" w14:textId="77777777" w:rsidR="009760E1" w:rsidRPr="00761FF9" w:rsidRDefault="00000000" w:rsidP="00761FF9">
            <w:pPr>
              <w:spacing w:after="0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761FF9">
              <w:rPr>
                <w:rFonts w:ascii="Times New Roman" w:hAnsi="Times New Roman" w:cs="Times New Roman"/>
                <w:sz w:val="22"/>
                <w:szCs w:val="28"/>
                <w:lang w:val="uk-UA"/>
              </w:rPr>
              <w:br/>
            </w:r>
          </w:p>
        </w:tc>
      </w:tr>
      <w:tr w:rsidR="009760E1" w:rsidRPr="00761FF9" w14:paraId="62869EC8" w14:textId="77777777">
        <w:trPr>
          <w:jc w:val="center"/>
        </w:trPr>
        <w:tc>
          <w:tcPr>
            <w:tcW w:w="3672" w:type="dxa"/>
            <w:tcBorders>
              <w:top w:val="single" w:sz="4" w:space="0" w:color="9EADBA"/>
              <w:left w:val="single" w:sz="4" w:space="0" w:color="9EADBA"/>
              <w:bottom w:val="single" w:sz="4" w:space="0" w:color="9EADBA"/>
              <w:right w:val="single" w:sz="4" w:space="0" w:color="9EADBA"/>
            </w:tcBorders>
            <w:shd w:val="clear" w:color="auto" w:fill="EAF2F8"/>
            <w:vAlign w:val="center"/>
          </w:tcPr>
          <w:p w14:paraId="47E142B5" w14:textId="77777777" w:rsidR="009760E1" w:rsidRPr="00761FF9" w:rsidRDefault="00000000" w:rsidP="00761FF9">
            <w:pPr>
              <w:spacing w:after="0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761FF9">
              <w:rPr>
                <w:rFonts w:ascii="Times New Roman" w:hAnsi="Times New Roman" w:cs="Times New Roman"/>
                <w:b/>
                <w:sz w:val="22"/>
                <w:szCs w:val="28"/>
                <w:lang w:val="uk-UA"/>
              </w:rPr>
              <w:t>Бажаний спосіб отримання відповіді</w:t>
            </w:r>
          </w:p>
        </w:tc>
        <w:tc>
          <w:tcPr>
            <w:tcW w:w="6408" w:type="dxa"/>
            <w:tcBorders>
              <w:top w:val="single" w:sz="4" w:space="0" w:color="9EADBA"/>
              <w:left w:val="single" w:sz="4" w:space="0" w:color="9EADBA"/>
              <w:bottom w:val="single" w:sz="4" w:space="0" w:color="9EADBA"/>
              <w:right w:val="single" w:sz="4" w:space="0" w:color="9EADBA"/>
            </w:tcBorders>
            <w:vAlign w:val="center"/>
          </w:tcPr>
          <w:p w14:paraId="27C8EF07" w14:textId="77777777" w:rsidR="009760E1" w:rsidRPr="00761FF9" w:rsidRDefault="00000000" w:rsidP="00761FF9">
            <w:pPr>
              <w:spacing w:after="0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761FF9">
              <w:rPr>
                <w:rFonts w:ascii="Times New Roman" w:hAnsi="Times New Roman" w:cs="Times New Roman"/>
                <w:sz w:val="22"/>
                <w:szCs w:val="28"/>
                <w:lang w:val="uk-UA"/>
              </w:rPr>
              <w:t>поштою / електронною поштою / інший: __________________</w:t>
            </w:r>
          </w:p>
        </w:tc>
      </w:tr>
    </w:tbl>
    <w:p w14:paraId="59BC0566" w14:textId="77777777" w:rsidR="00761FF9" w:rsidRDefault="00761FF9" w:rsidP="00761FF9">
      <w:pPr>
        <w:spacing w:after="0"/>
        <w:rPr>
          <w:rFonts w:ascii="Times New Roman" w:hAnsi="Times New Roman" w:cs="Times New Roman"/>
          <w:b/>
          <w:color w:val="1F4E79"/>
          <w:sz w:val="24"/>
          <w:szCs w:val="28"/>
          <w:lang w:val="uk-UA"/>
        </w:rPr>
      </w:pPr>
    </w:p>
    <w:p w14:paraId="200F5203" w14:textId="77777777" w:rsidR="00761FF9" w:rsidRDefault="00761FF9" w:rsidP="00761FF9">
      <w:pPr>
        <w:spacing w:after="0"/>
        <w:rPr>
          <w:rFonts w:ascii="Times New Roman" w:hAnsi="Times New Roman" w:cs="Times New Roman"/>
          <w:b/>
          <w:color w:val="1F4E79"/>
          <w:sz w:val="24"/>
          <w:szCs w:val="28"/>
          <w:lang w:val="uk-UA"/>
        </w:rPr>
      </w:pPr>
    </w:p>
    <w:p w14:paraId="6186442F" w14:textId="1D27EF2D" w:rsidR="009760E1" w:rsidRPr="00761FF9" w:rsidRDefault="00000000" w:rsidP="00761FF9">
      <w:pPr>
        <w:spacing w:after="0"/>
        <w:rPr>
          <w:rFonts w:ascii="Times New Roman" w:hAnsi="Times New Roman" w:cs="Times New Roman"/>
          <w:sz w:val="24"/>
          <w:szCs w:val="28"/>
          <w:lang w:val="uk-UA"/>
        </w:rPr>
      </w:pPr>
      <w:r w:rsidRPr="00761FF9">
        <w:rPr>
          <w:rFonts w:ascii="Times New Roman" w:hAnsi="Times New Roman" w:cs="Times New Roman"/>
          <w:b/>
          <w:color w:val="1F4E79"/>
          <w:sz w:val="24"/>
          <w:szCs w:val="28"/>
          <w:lang w:val="uk-UA"/>
        </w:rPr>
        <w:t>ЗМІСТ ЗВЕРНЕННЯ:</w:t>
      </w:r>
    </w:p>
    <w:p w14:paraId="76F29DA1" w14:textId="77777777" w:rsidR="009760E1" w:rsidRPr="00761FF9" w:rsidRDefault="00000000" w:rsidP="00761FF9">
      <w:pPr>
        <w:spacing w:after="0"/>
        <w:rPr>
          <w:rFonts w:ascii="Times New Roman" w:hAnsi="Times New Roman" w:cs="Times New Roman"/>
          <w:sz w:val="24"/>
          <w:szCs w:val="28"/>
          <w:lang w:val="uk-UA"/>
        </w:rPr>
      </w:pPr>
      <w:r w:rsidRPr="00761FF9">
        <w:rPr>
          <w:rFonts w:ascii="Times New Roman" w:hAnsi="Times New Roman" w:cs="Times New Roman"/>
          <w:color w:val="787878"/>
          <w:sz w:val="22"/>
          <w:szCs w:val="28"/>
          <w:lang w:val="uk-UA"/>
        </w:rPr>
        <w:t>________________________________________________________________________________</w:t>
      </w:r>
    </w:p>
    <w:p w14:paraId="54963288" w14:textId="77777777" w:rsidR="009760E1" w:rsidRPr="00761FF9" w:rsidRDefault="00000000" w:rsidP="00761FF9">
      <w:pPr>
        <w:spacing w:after="0"/>
        <w:rPr>
          <w:rFonts w:ascii="Times New Roman" w:hAnsi="Times New Roman" w:cs="Times New Roman"/>
          <w:sz w:val="24"/>
          <w:szCs w:val="28"/>
          <w:lang w:val="uk-UA"/>
        </w:rPr>
      </w:pPr>
      <w:r w:rsidRPr="00761FF9">
        <w:rPr>
          <w:rFonts w:ascii="Times New Roman" w:hAnsi="Times New Roman" w:cs="Times New Roman"/>
          <w:color w:val="787878"/>
          <w:sz w:val="22"/>
          <w:szCs w:val="28"/>
          <w:lang w:val="uk-UA"/>
        </w:rPr>
        <w:t>________________________________________________________________________________</w:t>
      </w:r>
    </w:p>
    <w:p w14:paraId="211D6DCA" w14:textId="77777777" w:rsidR="009760E1" w:rsidRPr="00761FF9" w:rsidRDefault="00000000" w:rsidP="00761FF9">
      <w:pPr>
        <w:spacing w:after="0"/>
        <w:rPr>
          <w:rFonts w:ascii="Times New Roman" w:hAnsi="Times New Roman" w:cs="Times New Roman"/>
          <w:sz w:val="24"/>
          <w:szCs w:val="28"/>
          <w:lang w:val="uk-UA"/>
        </w:rPr>
      </w:pPr>
      <w:r w:rsidRPr="00761FF9">
        <w:rPr>
          <w:rFonts w:ascii="Times New Roman" w:hAnsi="Times New Roman" w:cs="Times New Roman"/>
          <w:color w:val="787878"/>
          <w:sz w:val="22"/>
          <w:szCs w:val="28"/>
          <w:lang w:val="uk-UA"/>
        </w:rPr>
        <w:t>________________________________________________________________________________</w:t>
      </w:r>
    </w:p>
    <w:p w14:paraId="0109A4D2" w14:textId="77777777" w:rsidR="009760E1" w:rsidRPr="00761FF9" w:rsidRDefault="00000000" w:rsidP="00761FF9">
      <w:pPr>
        <w:spacing w:after="0"/>
        <w:rPr>
          <w:rFonts w:ascii="Times New Roman" w:hAnsi="Times New Roman" w:cs="Times New Roman"/>
          <w:sz w:val="24"/>
          <w:szCs w:val="28"/>
          <w:lang w:val="uk-UA"/>
        </w:rPr>
      </w:pPr>
      <w:r w:rsidRPr="00761FF9">
        <w:rPr>
          <w:rFonts w:ascii="Times New Roman" w:hAnsi="Times New Roman" w:cs="Times New Roman"/>
          <w:color w:val="787878"/>
          <w:sz w:val="22"/>
          <w:szCs w:val="28"/>
          <w:lang w:val="uk-UA"/>
        </w:rPr>
        <w:t>________________________________________________________________________________</w:t>
      </w:r>
    </w:p>
    <w:p w14:paraId="6A04B5DF" w14:textId="77777777" w:rsidR="009760E1" w:rsidRPr="00761FF9" w:rsidRDefault="00000000" w:rsidP="00761FF9">
      <w:pPr>
        <w:spacing w:after="0"/>
        <w:rPr>
          <w:rFonts w:ascii="Times New Roman" w:hAnsi="Times New Roman" w:cs="Times New Roman"/>
          <w:sz w:val="24"/>
          <w:szCs w:val="28"/>
          <w:lang w:val="uk-UA"/>
        </w:rPr>
      </w:pPr>
      <w:r w:rsidRPr="00761FF9">
        <w:rPr>
          <w:rFonts w:ascii="Times New Roman" w:hAnsi="Times New Roman" w:cs="Times New Roman"/>
          <w:color w:val="787878"/>
          <w:sz w:val="22"/>
          <w:szCs w:val="28"/>
          <w:lang w:val="uk-UA"/>
        </w:rPr>
        <w:t>________________________________________________________________________________</w:t>
      </w:r>
    </w:p>
    <w:p w14:paraId="51C224F2" w14:textId="77777777" w:rsidR="009760E1" w:rsidRPr="00761FF9" w:rsidRDefault="00000000" w:rsidP="00761FF9">
      <w:pPr>
        <w:spacing w:after="0"/>
        <w:rPr>
          <w:rFonts w:ascii="Times New Roman" w:hAnsi="Times New Roman" w:cs="Times New Roman"/>
          <w:sz w:val="24"/>
          <w:szCs w:val="28"/>
          <w:lang w:val="uk-UA"/>
        </w:rPr>
      </w:pPr>
      <w:r w:rsidRPr="00761FF9">
        <w:rPr>
          <w:rFonts w:ascii="Times New Roman" w:hAnsi="Times New Roman" w:cs="Times New Roman"/>
          <w:color w:val="787878"/>
          <w:sz w:val="22"/>
          <w:szCs w:val="28"/>
          <w:lang w:val="uk-UA"/>
        </w:rPr>
        <w:t>________________________________________________________________________________</w:t>
      </w:r>
    </w:p>
    <w:p w14:paraId="201043AA" w14:textId="77777777" w:rsidR="009760E1" w:rsidRPr="00761FF9" w:rsidRDefault="00000000" w:rsidP="00761FF9">
      <w:pPr>
        <w:spacing w:after="0"/>
        <w:rPr>
          <w:rFonts w:ascii="Times New Roman" w:hAnsi="Times New Roman" w:cs="Times New Roman"/>
          <w:sz w:val="24"/>
          <w:szCs w:val="28"/>
          <w:lang w:val="uk-UA"/>
        </w:rPr>
      </w:pPr>
      <w:r w:rsidRPr="00761FF9">
        <w:rPr>
          <w:rFonts w:ascii="Times New Roman" w:hAnsi="Times New Roman" w:cs="Times New Roman"/>
          <w:color w:val="787878"/>
          <w:sz w:val="22"/>
          <w:szCs w:val="28"/>
          <w:lang w:val="uk-UA"/>
        </w:rPr>
        <w:t>________________________________________________________________________________</w:t>
      </w:r>
    </w:p>
    <w:p w14:paraId="2B008BE1" w14:textId="77777777" w:rsidR="009760E1" w:rsidRPr="00761FF9" w:rsidRDefault="00000000" w:rsidP="00761FF9">
      <w:pPr>
        <w:spacing w:after="0"/>
        <w:rPr>
          <w:rFonts w:ascii="Times New Roman" w:hAnsi="Times New Roman" w:cs="Times New Roman"/>
          <w:sz w:val="24"/>
          <w:szCs w:val="28"/>
          <w:lang w:val="uk-UA"/>
        </w:rPr>
      </w:pPr>
      <w:r w:rsidRPr="00761FF9">
        <w:rPr>
          <w:rFonts w:ascii="Times New Roman" w:hAnsi="Times New Roman" w:cs="Times New Roman"/>
          <w:b/>
          <w:sz w:val="24"/>
          <w:szCs w:val="28"/>
          <w:lang w:val="uk-UA"/>
        </w:rPr>
        <w:t xml:space="preserve">Додатки (за наявності): </w:t>
      </w:r>
      <w:r w:rsidRPr="00761FF9">
        <w:rPr>
          <w:rFonts w:ascii="Times New Roman" w:hAnsi="Times New Roman" w:cs="Times New Roman"/>
          <w:sz w:val="24"/>
          <w:szCs w:val="28"/>
          <w:lang w:val="uk-UA"/>
        </w:rPr>
        <w:t>____________________________________________________________</w:t>
      </w:r>
    </w:p>
    <w:p w14:paraId="10C70C14" w14:textId="77777777" w:rsidR="00761FF9" w:rsidRPr="00761FF9" w:rsidRDefault="00761FF9" w:rsidP="00761FF9">
      <w:pPr>
        <w:spacing w:after="0"/>
        <w:rPr>
          <w:rFonts w:ascii="Times New Roman" w:hAnsi="Times New Roman" w:cs="Times New Roman"/>
          <w:b/>
          <w:sz w:val="24"/>
          <w:szCs w:val="28"/>
          <w:lang w:val="uk-UA"/>
        </w:rPr>
      </w:pPr>
    </w:p>
    <w:p w14:paraId="587BC00C" w14:textId="77777777" w:rsidR="00761FF9" w:rsidRPr="00761FF9" w:rsidRDefault="00761FF9" w:rsidP="00761FF9">
      <w:pPr>
        <w:spacing w:after="0"/>
        <w:rPr>
          <w:rFonts w:ascii="Times New Roman" w:hAnsi="Times New Roman" w:cs="Times New Roman"/>
          <w:b/>
          <w:sz w:val="24"/>
          <w:szCs w:val="28"/>
          <w:lang w:val="uk-UA"/>
        </w:rPr>
      </w:pPr>
    </w:p>
    <w:p w14:paraId="348C8653" w14:textId="77777777" w:rsidR="00761FF9" w:rsidRPr="00761FF9" w:rsidRDefault="00761FF9" w:rsidP="00761FF9">
      <w:pPr>
        <w:spacing w:after="0"/>
        <w:rPr>
          <w:rFonts w:ascii="Times New Roman" w:hAnsi="Times New Roman" w:cs="Times New Roman"/>
          <w:b/>
          <w:sz w:val="24"/>
          <w:szCs w:val="28"/>
          <w:lang w:val="uk-UA"/>
        </w:rPr>
      </w:pPr>
    </w:p>
    <w:p w14:paraId="307B7170" w14:textId="77777777" w:rsidR="00761FF9" w:rsidRPr="00761FF9" w:rsidRDefault="00761FF9" w:rsidP="00761FF9">
      <w:pPr>
        <w:spacing w:after="0"/>
        <w:rPr>
          <w:rFonts w:ascii="Times New Roman" w:hAnsi="Times New Roman" w:cs="Times New Roman"/>
          <w:b/>
          <w:sz w:val="24"/>
          <w:szCs w:val="28"/>
          <w:lang w:val="uk-UA"/>
        </w:rPr>
      </w:pPr>
    </w:p>
    <w:p w14:paraId="66E655D3" w14:textId="77777777" w:rsidR="00761FF9" w:rsidRPr="00761FF9" w:rsidRDefault="00761FF9" w:rsidP="00761FF9">
      <w:pPr>
        <w:spacing w:after="0"/>
        <w:rPr>
          <w:rFonts w:ascii="Times New Roman" w:hAnsi="Times New Roman" w:cs="Times New Roman"/>
          <w:b/>
          <w:sz w:val="24"/>
          <w:szCs w:val="28"/>
          <w:lang w:val="uk-UA"/>
        </w:rPr>
      </w:pPr>
    </w:p>
    <w:p w14:paraId="4F02F647" w14:textId="35E9D6E8" w:rsidR="009760E1" w:rsidRPr="00761FF9" w:rsidRDefault="00000000" w:rsidP="00761FF9">
      <w:pPr>
        <w:spacing w:after="0"/>
        <w:rPr>
          <w:rFonts w:ascii="Times New Roman" w:hAnsi="Times New Roman" w:cs="Times New Roman"/>
          <w:sz w:val="24"/>
          <w:szCs w:val="28"/>
          <w:lang w:val="uk-UA"/>
        </w:rPr>
      </w:pPr>
      <w:r w:rsidRPr="00761FF9">
        <w:rPr>
          <w:rFonts w:ascii="Times New Roman" w:hAnsi="Times New Roman" w:cs="Times New Roman"/>
          <w:b/>
          <w:sz w:val="24"/>
          <w:szCs w:val="28"/>
          <w:lang w:val="uk-UA"/>
        </w:rPr>
        <w:t xml:space="preserve">Підпис заявника/заявниці: </w:t>
      </w:r>
      <w:r w:rsidRPr="00761FF9">
        <w:rPr>
          <w:rFonts w:ascii="Times New Roman" w:hAnsi="Times New Roman" w:cs="Times New Roman"/>
          <w:sz w:val="24"/>
          <w:szCs w:val="28"/>
          <w:lang w:val="uk-UA"/>
        </w:rPr>
        <w:t xml:space="preserve">__________________________    </w:t>
      </w:r>
      <w:r w:rsidRPr="00761FF9">
        <w:rPr>
          <w:rFonts w:ascii="Times New Roman" w:hAnsi="Times New Roman" w:cs="Times New Roman"/>
          <w:b/>
          <w:sz w:val="24"/>
          <w:szCs w:val="28"/>
          <w:lang w:val="uk-UA"/>
        </w:rPr>
        <w:t xml:space="preserve">Дата: </w:t>
      </w:r>
      <w:r w:rsidRPr="00761FF9">
        <w:rPr>
          <w:rFonts w:ascii="Times New Roman" w:hAnsi="Times New Roman" w:cs="Times New Roman"/>
          <w:sz w:val="24"/>
          <w:szCs w:val="28"/>
          <w:lang w:val="uk-UA"/>
        </w:rPr>
        <w:t>________________</w:t>
      </w:r>
    </w:p>
    <w:p w14:paraId="3FAEDCD5" w14:textId="77777777" w:rsidR="009760E1" w:rsidRPr="00761FF9" w:rsidRDefault="00000000" w:rsidP="00761FF9">
      <w:pPr>
        <w:spacing w:after="0"/>
        <w:rPr>
          <w:rFonts w:ascii="Times New Roman" w:hAnsi="Times New Roman" w:cs="Times New Roman"/>
          <w:sz w:val="24"/>
          <w:szCs w:val="28"/>
          <w:lang w:val="uk-UA"/>
        </w:rPr>
      </w:pPr>
      <w:r w:rsidRPr="00761FF9">
        <w:rPr>
          <w:rFonts w:ascii="Times New Roman" w:hAnsi="Times New Roman" w:cs="Times New Roman"/>
          <w:i/>
          <w:szCs w:val="28"/>
          <w:lang w:val="uk-UA"/>
        </w:rPr>
        <w:t>* Форма складена для зручності заявників та не є обов’язковою. Усі звернення, подані громадянами відповідно до Закону України «Про звернення громадян», опрацьовуються на загальних засадах.</w:t>
      </w:r>
    </w:p>
    <w:p w14:paraId="325AA575" w14:textId="77777777" w:rsidR="009760E1" w:rsidRPr="00761FF9" w:rsidRDefault="00000000" w:rsidP="00761FF9">
      <w:pPr>
        <w:spacing w:after="0"/>
        <w:rPr>
          <w:rFonts w:ascii="Times New Roman" w:hAnsi="Times New Roman" w:cs="Times New Roman"/>
          <w:sz w:val="24"/>
          <w:szCs w:val="28"/>
          <w:lang w:val="uk-UA"/>
        </w:rPr>
      </w:pPr>
      <w:r w:rsidRPr="00761FF9">
        <w:rPr>
          <w:rFonts w:ascii="Times New Roman" w:hAnsi="Times New Roman" w:cs="Times New Roman"/>
          <w:i/>
          <w:szCs w:val="28"/>
          <w:lang w:val="uk-UA"/>
        </w:rPr>
        <w:t>Примітка: ця форма не призначена для заяв про надання матеріальної допомоги, які мають адресуватися Київському міському голові.</w:t>
      </w:r>
    </w:p>
    <w:sectPr w:rsidR="009760E1" w:rsidRPr="00761FF9" w:rsidSect="00034616"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31037121">
    <w:abstractNumId w:val="8"/>
  </w:num>
  <w:num w:numId="2" w16cid:durableId="1582057276">
    <w:abstractNumId w:val="6"/>
  </w:num>
  <w:num w:numId="3" w16cid:durableId="2069374736">
    <w:abstractNumId w:val="5"/>
  </w:num>
  <w:num w:numId="4" w16cid:durableId="645815341">
    <w:abstractNumId w:val="4"/>
  </w:num>
  <w:num w:numId="5" w16cid:durableId="1144009131">
    <w:abstractNumId w:val="7"/>
  </w:num>
  <w:num w:numId="6" w16cid:durableId="1960642562">
    <w:abstractNumId w:val="3"/>
  </w:num>
  <w:num w:numId="7" w16cid:durableId="1694258824">
    <w:abstractNumId w:val="2"/>
  </w:num>
  <w:num w:numId="8" w16cid:durableId="1033070685">
    <w:abstractNumId w:val="1"/>
  </w:num>
  <w:num w:numId="9" w16cid:durableId="1690373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21D5F"/>
    <w:rsid w:val="00761FF9"/>
    <w:rsid w:val="009760E1"/>
    <w:rsid w:val="009762BA"/>
    <w:rsid w:val="00AA1D8D"/>
    <w:rsid w:val="00B47730"/>
    <w:rsid w:val="00C4497C"/>
    <w:rsid w:val="00CB0664"/>
    <w:rsid w:val="00EA35B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09FE76"/>
  <w14:defaultImageDpi w14:val="300"/>
  <w15:docId w15:val="{E4A8CE05-13B4-4BBD-89DD-8D3D6892E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eastAsia="Arial" w:hAnsi="Arial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1149</Words>
  <Characters>656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Яковина Віталія Олександрівна</cp:lastModifiedBy>
  <cp:revision>3</cp:revision>
  <dcterms:created xsi:type="dcterms:W3CDTF">2026-10-09T11:23:00Z</dcterms:created>
  <dcterms:modified xsi:type="dcterms:W3CDTF">2026-10-09T11:24:00Z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2026-10-09T11:23:36Z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02b2edbe-6dc1-4dcb-9be0-ec89fb36506c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